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6539F" w:rsidRDefault="00EA2A0F">
      <w:pPr>
        <w:pStyle w:val="Nagwek1"/>
      </w:pPr>
      <w:r>
        <w:t>REGULAMIN ZAJĘĆ PLASTYCZNYCH</w:t>
      </w:r>
    </w:p>
    <w:p w:rsidR="0006539F" w:rsidRDefault="00EA2A0F" w:rsidP="00E51297">
      <w:pPr>
        <w:jc w:val="both"/>
      </w:pPr>
      <w:proofErr w:type="spellStart"/>
      <w:r>
        <w:t>organizowanych</w:t>
      </w:r>
      <w:proofErr w:type="spellEnd"/>
      <w:r>
        <w:t xml:space="preserve"> </w:t>
      </w:r>
      <w:proofErr w:type="spellStart"/>
      <w:r>
        <w:t>przez</w:t>
      </w:r>
      <w:proofErr w:type="spellEnd"/>
      <w:r>
        <w:t xml:space="preserve"> </w:t>
      </w:r>
      <w:proofErr w:type="spellStart"/>
      <w:r w:rsidR="00E51297">
        <w:t>Wójta</w:t>
      </w:r>
      <w:proofErr w:type="spellEnd"/>
      <w:r w:rsidR="00E51297">
        <w:t xml:space="preserve"> </w:t>
      </w:r>
      <w:proofErr w:type="spellStart"/>
      <w:r w:rsidR="00E51297">
        <w:t>Gminy</w:t>
      </w:r>
      <w:proofErr w:type="spellEnd"/>
      <w:r w:rsidR="00E51297">
        <w:t xml:space="preserve"> Pawłosiów </w:t>
      </w:r>
      <w:proofErr w:type="spellStart"/>
      <w:r w:rsidR="00E51297">
        <w:t>oraz</w:t>
      </w:r>
      <w:proofErr w:type="spellEnd"/>
      <w:r w:rsidR="00E51297">
        <w:t xml:space="preserve"> </w:t>
      </w:r>
      <w:proofErr w:type="spellStart"/>
      <w:r>
        <w:t>Gminny</w:t>
      </w:r>
      <w:proofErr w:type="spellEnd"/>
      <w:r>
        <w:t xml:space="preserve"> </w:t>
      </w:r>
      <w:proofErr w:type="spellStart"/>
      <w:r>
        <w:t>Ośrodek</w:t>
      </w:r>
      <w:proofErr w:type="spellEnd"/>
      <w:r>
        <w:t xml:space="preserve"> </w:t>
      </w:r>
      <w:proofErr w:type="spellStart"/>
      <w:r>
        <w:t>Kultury</w:t>
      </w:r>
      <w:proofErr w:type="spellEnd"/>
      <w:r w:rsidR="00E51297">
        <w:t xml:space="preserve"> w Pawłosiowie .</w:t>
      </w:r>
    </w:p>
    <w:p w:rsidR="0006539F" w:rsidRDefault="00EA2A0F">
      <w:pPr>
        <w:pStyle w:val="Nagwek2"/>
      </w:pPr>
      <w:r>
        <w:t>§ 1 Postanowienia ogólne</w:t>
      </w:r>
    </w:p>
    <w:p w:rsidR="00E51297" w:rsidRDefault="00EA2A0F" w:rsidP="00421168">
      <w:pPr>
        <w:jc w:val="both"/>
      </w:pPr>
      <w:r>
        <w:t xml:space="preserve">1. Regulamin określa zasady uczestnictwa w bezpłatnych zajęciach plastycznych z </w:t>
      </w:r>
      <w:proofErr w:type="spellStart"/>
      <w:r>
        <w:t>zakresu</w:t>
      </w:r>
      <w:proofErr w:type="spellEnd"/>
      <w:r>
        <w:t xml:space="preserve"> </w:t>
      </w:r>
      <w:proofErr w:type="spellStart"/>
      <w:r>
        <w:t>rysunku</w:t>
      </w:r>
      <w:proofErr w:type="spellEnd"/>
      <w:r>
        <w:t xml:space="preserve"> i </w:t>
      </w:r>
      <w:proofErr w:type="spellStart"/>
      <w:r>
        <w:t>malarstwa</w:t>
      </w:r>
      <w:proofErr w:type="spellEnd"/>
      <w:r>
        <w:t xml:space="preserve">, </w:t>
      </w:r>
      <w:proofErr w:type="spellStart"/>
      <w:r>
        <w:t>organizowanych</w:t>
      </w:r>
      <w:proofErr w:type="spellEnd"/>
      <w:r>
        <w:t xml:space="preserve"> </w:t>
      </w:r>
      <w:proofErr w:type="spellStart"/>
      <w:r>
        <w:t>przez</w:t>
      </w:r>
      <w:proofErr w:type="spellEnd"/>
      <w:r w:rsidR="00E51297" w:rsidRPr="00E51297">
        <w:t xml:space="preserve"> </w:t>
      </w:r>
      <w:proofErr w:type="spellStart"/>
      <w:r w:rsidR="00E51297">
        <w:t>Wójta</w:t>
      </w:r>
      <w:proofErr w:type="spellEnd"/>
      <w:r w:rsidR="00E51297">
        <w:t xml:space="preserve"> </w:t>
      </w:r>
      <w:proofErr w:type="spellStart"/>
      <w:r w:rsidR="00E51297">
        <w:t>Gminy</w:t>
      </w:r>
      <w:proofErr w:type="spellEnd"/>
      <w:r w:rsidR="00E51297">
        <w:t xml:space="preserve"> Pawłosiów </w:t>
      </w:r>
      <w:proofErr w:type="spellStart"/>
      <w:r w:rsidR="00E51297">
        <w:t>oraz</w:t>
      </w:r>
      <w:proofErr w:type="spellEnd"/>
      <w:r w:rsidR="00E51297">
        <w:t xml:space="preserve"> </w:t>
      </w:r>
      <w:r>
        <w:t xml:space="preserve"> </w:t>
      </w:r>
      <w:proofErr w:type="spellStart"/>
      <w:r>
        <w:t>Gminny</w:t>
      </w:r>
      <w:proofErr w:type="spellEnd"/>
      <w:r>
        <w:t xml:space="preserve"> </w:t>
      </w:r>
      <w:proofErr w:type="spellStart"/>
      <w:r>
        <w:t>Ośrodek</w:t>
      </w:r>
      <w:proofErr w:type="spellEnd"/>
      <w:r>
        <w:t xml:space="preserve"> </w:t>
      </w:r>
      <w:proofErr w:type="spellStart"/>
      <w:r>
        <w:t>Kultur</w:t>
      </w:r>
      <w:r w:rsidR="00E51297">
        <w:t>y</w:t>
      </w:r>
      <w:proofErr w:type="spellEnd"/>
      <w:r w:rsidR="00E51297">
        <w:t xml:space="preserve"> w Centrum </w:t>
      </w:r>
      <w:proofErr w:type="spellStart"/>
      <w:r w:rsidR="00E51297">
        <w:t>Aktywności</w:t>
      </w:r>
      <w:proofErr w:type="spellEnd"/>
      <w:r w:rsidR="00E51297">
        <w:t xml:space="preserve"> </w:t>
      </w:r>
      <w:proofErr w:type="spellStart"/>
      <w:r w:rsidR="00E51297">
        <w:t>Lokalnej</w:t>
      </w:r>
      <w:proofErr w:type="spellEnd"/>
      <w:r w:rsidR="00E51297">
        <w:t xml:space="preserve"> w Pawłosiowie.</w:t>
      </w:r>
    </w:p>
    <w:p w:rsidR="0006539F" w:rsidRDefault="00EA2A0F" w:rsidP="00E51297">
      <w:pPr>
        <w:jc w:val="both"/>
      </w:pPr>
      <w:r>
        <w:t xml:space="preserve">3. </w:t>
      </w:r>
      <w:proofErr w:type="spellStart"/>
      <w:r>
        <w:t>Zajęcia</w:t>
      </w:r>
      <w:proofErr w:type="spellEnd"/>
      <w:r>
        <w:t xml:space="preserve"> </w:t>
      </w:r>
      <w:proofErr w:type="spellStart"/>
      <w:r>
        <w:t>prowadzone</w:t>
      </w:r>
      <w:proofErr w:type="spellEnd"/>
      <w:r>
        <w:t xml:space="preserve"> </w:t>
      </w:r>
      <w:proofErr w:type="spellStart"/>
      <w:r>
        <w:t>są</w:t>
      </w:r>
      <w:proofErr w:type="spellEnd"/>
      <w:r>
        <w:t xml:space="preserve"> </w:t>
      </w:r>
      <w:proofErr w:type="spellStart"/>
      <w:r>
        <w:t>przez</w:t>
      </w:r>
      <w:proofErr w:type="spellEnd"/>
      <w:r>
        <w:t xml:space="preserve"> </w:t>
      </w:r>
      <w:proofErr w:type="spellStart"/>
      <w:r>
        <w:t>doświadczonego</w:t>
      </w:r>
      <w:proofErr w:type="spellEnd"/>
      <w:r>
        <w:t xml:space="preserve"> </w:t>
      </w:r>
      <w:proofErr w:type="spellStart"/>
      <w:r>
        <w:t>pedag</w:t>
      </w:r>
      <w:r w:rsidR="00E51297">
        <w:t>oga</w:t>
      </w:r>
      <w:proofErr w:type="spellEnd"/>
      <w:r w:rsidR="00421168">
        <w:t>.</w:t>
      </w:r>
      <w:r w:rsidR="00E51297">
        <w:t xml:space="preserve"> </w:t>
      </w:r>
    </w:p>
    <w:p w:rsidR="0006539F" w:rsidRDefault="00EA2A0F">
      <w:pPr>
        <w:pStyle w:val="Nagwek2"/>
      </w:pPr>
      <w:r>
        <w:t>§ 2 Cel zajęć</w:t>
      </w:r>
    </w:p>
    <w:p w:rsidR="0006539F" w:rsidRDefault="00EA2A0F">
      <w:r>
        <w:t>Celem zajęć jest:</w:t>
      </w:r>
      <w:r>
        <w:br/>
        <w:t>1. rozwijanie kreatywności, wyobraźni i wrażliwości artystycznej uczestników,</w:t>
      </w:r>
      <w:r>
        <w:br/>
        <w:t>2. kształtowanie umiejętności z zakresu rysunku i malarstwa,</w:t>
      </w:r>
      <w:r>
        <w:br/>
        <w:t>3. upowszechnianie kultury i edukacji artystycznej,</w:t>
      </w:r>
      <w:r>
        <w:br/>
        <w:t>4. stworzenie warunków do twórczego spędzania czasu wolnego,</w:t>
      </w:r>
      <w:r>
        <w:br/>
        <w:t>5. integracja społeczna uczestników.</w:t>
      </w:r>
    </w:p>
    <w:p w:rsidR="0006539F" w:rsidRDefault="00EA2A0F">
      <w:pPr>
        <w:pStyle w:val="Nagwek2"/>
      </w:pPr>
      <w:r>
        <w:t>§ 3 Uczestnicy zajęć</w:t>
      </w:r>
    </w:p>
    <w:p w:rsidR="0006539F" w:rsidRDefault="00EA2A0F">
      <w:r>
        <w:t>1. Zajęcia przeznaczone są dla dzieci i młodzieży od 12.</w:t>
      </w:r>
      <w:r w:rsidR="003777FE">
        <w:t xml:space="preserve"> roku życia </w:t>
      </w:r>
      <w:proofErr w:type="spellStart"/>
      <w:r w:rsidR="003777FE">
        <w:t>oraz</w:t>
      </w:r>
      <w:proofErr w:type="spellEnd"/>
      <w:r w:rsidR="003777FE">
        <w:t xml:space="preserve"> </w:t>
      </w:r>
      <w:proofErr w:type="spellStart"/>
      <w:r w:rsidR="003777FE">
        <w:t>osób</w:t>
      </w:r>
      <w:proofErr w:type="spellEnd"/>
      <w:r w:rsidR="003777FE">
        <w:t xml:space="preserve"> </w:t>
      </w:r>
      <w:proofErr w:type="spellStart"/>
      <w:r w:rsidR="003777FE">
        <w:t>dorosłych</w:t>
      </w:r>
      <w:proofErr w:type="spellEnd"/>
      <w:r w:rsidR="003777FE">
        <w:t xml:space="preserve">  z </w:t>
      </w:r>
      <w:proofErr w:type="spellStart"/>
      <w:r w:rsidR="003777FE">
        <w:t>terenu</w:t>
      </w:r>
      <w:proofErr w:type="spellEnd"/>
      <w:r w:rsidR="003777FE">
        <w:t xml:space="preserve"> </w:t>
      </w:r>
      <w:proofErr w:type="spellStart"/>
      <w:r w:rsidR="003777FE">
        <w:t>Gminy</w:t>
      </w:r>
      <w:proofErr w:type="spellEnd"/>
      <w:r w:rsidR="003777FE">
        <w:t xml:space="preserve"> Pawłosiów.</w:t>
      </w:r>
      <w:r>
        <w:br/>
        <w:t>2. Osoby niepełnoletnie mogą uczestniczyć w zajęciach wyłącznie za zgodą rodzica lub opiekuna prawnego.</w:t>
      </w:r>
      <w:r>
        <w:br/>
      </w:r>
    </w:p>
    <w:p w:rsidR="0006539F" w:rsidRDefault="00EA2A0F">
      <w:pPr>
        <w:pStyle w:val="Nagwek2"/>
      </w:pPr>
      <w:r>
        <w:t>§ 4 Zasady uczestnictwa</w:t>
      </w:r>
      <w:bookmarkStart w:id="0" w:name="_GoBack"/>
      <w:bookmarkEnd w:id="0"/>
    </w:p>
    <w:p w:rsidR="00421168" w:rsidRDefault="00EA2A0F" w:rsidP="00421168">
      <w:pPr>
        <w:spacing w:after="0"/>
        <w:jc w:val="both"/>
      </w:pPr>
      <w:r>
        <w:t>1</w:t>
      </w:r>
      <w:r w:rsidR="00421168">
        <w:t>. </w:t>
      </w:r>
      <w:proofErr w:type="spellStart"/>
      <w:r>
        <w:t>Udział</w:t>
      </w:r>
      <w:proofErr w:type="spellEnd"/>
      <w:r w:rsidR="00421168">
        <w:t> w </w:t>
      </w:r>
      <w:proofErr w:type="spellStart"/>
      <w:r w:rsidR="00421168">
        <w:t>zajęciach</w:t>
      </w:r>
      <w:proofErr w:type="spellEnd"/>
      <w:r w:rsidR="00421168">
        <w:t> jest </w:t>
      </w:r>
      <w:proofErr w:type="spellStart"/>
      <w:r w:rsidR="00421168">
        <w:t>bezpłatny</w:t>
      </w:r>
      <w:proofErr w:type="spellEnd"/>
      <w:r w:rsidR="00421168">
        <w:t>.</w:t>
      </w:r>
      <w:r w:rsidR="00421168">
        <w:br/>
        <w:t>2. </w:t>
      </w:r>
      <w:proofErr w:type="spellStart"/>
      <w:r>
        <w:t>Warunkiem</w:t>
      </w:r>
      <w:proofErr w:type="spellEnd"/>
      <w:r>
        <w:t xml:space="preserve"> </w:t>
      </w:r>
      <w:proofErr w:type="spellStart"/>
      <w:r>
        <w:t>uczestnictwa</w:t>
      </w:r>
      <w:proofErr w:type="spellEnd"/>
      <w:r>
        <w:t xml:space="preserve"> jest </w:t>
      </w:r>
      <w:proofErr w:type="spellStart"/>
      <w:r>
        <w:t>wcześn</w:t>
      </w:r>
      <w:r w:rsidR="00E51297">
        <w:t>iejsze</w:t>
      </w:r>
      <w:proofErr w:type="spellEnd"/>
      <w:r w:rsidR="00E51297">
        <w:t xml:space="preserve"> </w:t>
      </w:r>
      <w:proofErr w:type="spellStart"/>
      <w:r w:rsidR="00E51297">
        <w:t>zapisanie</w:t>
      </w:r>
      <w:proofErr w:type="spellEnd"/>
      <w:r w:rsidR="00E51297">
        <w:t xml:space="preserve"> </w:t>
      </w:r>
      <w:proofErr w:type="spellStart"/>
      <w:r w:rsidR="00E51297">
        <w:t>się</w:t>
      </w:r>
      <w:proofErr w:type="spellEnd"/>
      <w:r w:rsidR="00E51297">
        <w:t xml:space="preserve"> </w:t>
      </w:r>
      <w:proofErr w:type="spellStart"/>
      <w:r w:rsidR="00E51297">
        <w:t>na</w:t>
      </w:r>
      <w:proofErr w:type="spellEnd"/>
      <w:r w:rsidR="00E51297">
        <w:t xml:space="preserve"> </w:t>
      </w:r>
      <w:proofErr w:type="spellStart"/>
      <w:r w:rsidR="00E51297">
        <w:t>zajęcia</w:t>
      </w:r>
      <w:proofErr w:type="spellEnd"/>
      <w:r w:rsidR="00E51297">
        <w:t xml:space="preserve"> – </w:t>
      </w:r>
      <w:proofErr w:type="spellStart"/>
      <w:r w:rsidR="00E51297">
        <w:t>liczba</w:t>
      </w:r>
      <w:proofErr w:type="spellEnd"/>
      <w:r w:rsidR="00E51297">
        <w:t xml:space="preserve"> </w:t>
      </w:r>
      <w:proofErr w:type="spellStart"/>
      <w:r w:rsidR="00E51297">
        <w:t>miejsc</w:t>
      </w:r>
      <w:proofErr w:type="spellEnd"/>
      <w:r w:rsidR="00E51297">
        <w:t xml:space="preserve"> </w:t>
      </w:r>
      <w:proofErr w:type="spellStart"/>
      <w:r w:rsidR="00E51297">
        <w:t>ograniczona</w:t>
      </w:r>
      <w:proofErr w:type="spellEnd"/>
      <w:r w:rsidR="00E51297">
        <w:t xml:space="preserve">, </w:t>
      </w:r>
      <w:proofErr w:type="spellStart"/>
      <w:r w:rsidR="00E51297">
        <w:t>decyduje</w:t>
      </w:r>
      <w:proofErr w:type="spellEnd"/>
      <w:r w:rsidR="00E51297">
        <w:t xml:space="preserve"> </w:t>
      </w:r>
      <w:proofErr w:type="spellStart"/>
      <w:r w:rsidR="00E51297">
        <w:t>kolejność</w:t>
      </w:r>
      <w:proofErr w:type="spellEnd"/>
      <w:r w:rsidR="00E51297">
        <w:t xml:space="preserve"> </w:t>
      </w:r>
      <w:proofErr w:type="spellStart"/>
      <w:r w:rsidR="00E51297">
        <w:t>zgłoszeń</w:t>
      </w:r>
      <w:proofErr w:type="spellEnd"/>
      <w:r w:rsidR="00E51297">
        <w:t>.</w:t>
      </w:r>
    </w:p>
    <w:p w:rsidR="00421168" w:rsidRDefault="00421168" w:rsidP="00421168">
      <w:pPr>
        <w:spacing w:after="0"/>
        <w:jc w:val="both"/>
      </w:pPr>
      <w:r>
        <w:t xml:space="preserve">3. </w:t>
      </w:r>
      <w:proofErr w:type="spellStart"/>
      <w:r>
        <w:t>Każdy</w:t>
      </w:r>
      <w:proofErr w:type="spellEnd"/>
      <w:r>
        <w:t xml:space="preserve"> </w:t>
      </w:r>
      <w:proofErr w:type="spellStart"/>
      <w:r>
        <w:t>uczestnik</w:t>
      </w:r>
      <w:proofErr w:type="spellEnd"/>
      <w:r>
        <w:t xml:space="preserve"> jest </w:t>
      </w:r>
      <w:proofErr w:type="spellStart"/>
      <w:r>
        <w:t>zobowiązany</w:t>
      </w:r>
      <w:proofErr w:type="spellEnd"/>
      <w:r>
        <w:t xml:space="preserve"> do </w:t>
      </w:r>
      <w:proofErr w:type="spellStart"/>
      <w:r>
        <w:t>zapoznania</w:t>
      </w:r>
      <w:proofErr w:type="spellEnd"/>
      <w:r>
        <w:t xml:space="preserve"> </w:t>
      </w:r>
      <w:proofErr w:type="spellStart"/>
      <w:r>
        <w:t>się</w:t>
      </w:r>
      <w:proofErr w:type="spellEnd"/>
      <w:r>
        <w:t xml:space="preserve"> z </w:t>
      </w:r>
      <w:proofErr w:type="spellStart"/>
      <w:r>
        <w:t>klauzulą</w:t>
      </w:r>
      <w:proofErr w:type="spellEnd"/>
      <w:r>
        <w:t xml:space="preserve"> </w:t>
      </w:r>
      <w:proofErr w:type="spellStart"/>
      <w:r>
        <w:t>informacyjną</w:t>
      </w:r>
      <w:proofErr w:type="spellEnd"/>
      <w:r>
        <w:t xml:space="preserve"> </w:t>
      </w:r>
      <w:proofErr w:type="spellStart"/>
      <w:r>
        <w:t>dotyczącą</w:t>
      </w:r>
      <w:proofErr w:type="spellEnd"/>
      <w:r>
        <w:t xml:space="preserve"> </w:t>
      </w:r>
      <w:proofErr w:type="spellStart"/>
      <w:r>
        <w:t>przetwarzania</w:t>
      </w:r>
      <w:proofErr w:type="spellEnd"/>
      <w:r>
        <w:t xml:space="preserve"> </w:t>
      </w:r>
      <w:proofErr w:type="spellStart"/>
      <w:r>
        <w:t>danych</w:t>
      </w:r>
      <w:proofErr w:type="spellEnd"/>
      <w:r>
        <w:t xml:space="preserve"> </w:t>
      </w:r>
      <w:proofErr w:type="spellStart"/>
      <w:r>
        <w:t>osobowych</w:t>
      </w:r>
      <w:proofErr w:type="spellEnd"/>
      <w:r>
        <w:t xml:space="preserve"> (RODO) </w:t>
      </w:r>
    </w:p>
    <w:p w:rsidR="00421168" w:rsidRDefault="00421168" w:rsidP="00421168">
      <w:pPr>
        <w:spacing w:after="0"/>
        <w:jc w:val="both"/>
      </w:pPr>
      <w:r>
        <w:t xml:space="preserve">4. </w:t>
      </w:r>
      <w:proofErr w:type="spellStart"/>
      <w:r>
        <w:t>Warunkiem</w:t>
      </w:r>
      <w:proofErr w:type="spellEnd"/>
      <w:r>
        <w:t xml:space="preserve"> </w:t>
      </w:r>
      <w:proofErr w:type="spellStart"/>
      <w:r>
        <w:t>udziału</w:t>
      </w:r>
      <w:proofErr w:type="spellEnd"/>
      <w:r>
        <w:t xml:space="preserve"> w </w:t>
      </w:r>
      <w:proofErr w:type="spellStart"/>
      <w:r>
        <w:t>zajęciach</w:t>
      </w:r>
      <w:proofErr w:type="spellEnd"/>
      <w:r>
        <w:t xml:space="preserve"> jest </w:t>
      </w:r>
      <w:proofErr w:type="spellStart"/>
      <w:r>
        <w:t>podpisanie</w:t>
      </w:r>
      <w:proofErr w:type="spellEnd"/>
      <w:r>
        <w:t xml:space="preserve"> </w:t>
      </w:r>
      <w:proofErr w:type="spellStart"/>
      <w:r>
        <w:t>zgody</w:t>
      </w:r>
      <w:proofErr w:type="spellEnd"/>
      <w:r>
        <w:t xml:space="preserve"> </w:t>
      </w:r>
      <w:proofErr w:type="spellStart"/>
      <w:r>
        <w:t>na</w:t>
      </w:r>
      <w:proofErr w:type="spellEnd"/>
      <w:r>
        <w:t xml:space="preserve"> </w:t>
      </w:r>
      <w:proofErr w:type="spellStart"/>
      <w:r>
        <w:t>p</w:t>
      </w:r>
      <w:r w:rsidR="008646FB">
        <w:t>r</w:t>
      </w:r>
      <w:r>
        <w:t>zetwarzanie</w:t>
      </w:r>
      <w:proofErr w:type="spellEnd"/>
      <w:r>
        <w:t xml:space="preserve"> </w:t>
      </w:r>
      <w:proofErr w:type="spellStart"/>
      <w:r>
        <w:t>danych</w:t>
      </w:r>
      <w:proofErr w:type="spellEnd"/>
      <w:r>
        <w:t xml:space="preserve"> </w:t>
      </w:r>
      <w:proofErr w:type="spellStart"/>
      <w:r>
        <w:t>osobowych</w:t>
      </w:r>
      <w:proofErr w:type="spellEnd"/>
      <w:r>
        <w:t xml:space="preserve"> – </w:t>
      </w:r>
      <w:proofErr w:type="spellStart"/>
      <w:r>
        <w:t>załącznik</w:t>
      </w:r>
      <w:proofErr w:type="spellEnd"/>
      <w:r>
        <w:t xml:space="preserve"> </w:t>
      </w:r>
      <w:proofErr w:type="spellStart"/>
      <w:r>
        <w:t>nr</w:t>
      </w:r>
      <w:proofErr w:type="spellEnd"/>
      <w:r>
        <w:t xml:space="preserve"> 1</w:t>
      </w:r>
    </w:p>
    <w:p w:rsidR="0006539F" w:rsidRDefault="00421168" w:rsidP="00421168">
      <w:pPr>
        <w:spacing w:after="0"/>
        <w:jc w:val="both"/>
      </w:pPr>
      <w:r>
        <w:t xml:space="preserve">5. Dane </w:t>
      </w:r>
      <w:proofErr w:type="spellStart"/>
      <w:r>
        <w:t>osobowe</w:t>
      </w:r>
      <w:proofErr w:type="spellEnd"/>
      <w:r>
        <w:t xml:space="preserve"> </w:t>
      </w:r>
      <w:proofErr w:type="spellStart"/>
      <w:r>
        <w:t>przetwarzane</w:t>
      </w:r>
      <w:proofErr w:type="spellEnd"/>
      <w:r>
        <w:t xml:space="preserve"> </w:t>
      </w:r>
      <w:proofErr w:type="spellStart"/>
      <w:r>
        <w:t>są</w:t>
      </w:r>
      <w:proofErr w:type="spellEnd"/>
      <w:r>
        <w:t xml:space="preserve"> </w:t>
      </w:r>
      <w:proofErr w:type="spellStart"/>
      <w:r>
        <w:t>wyłącznie</w:t>
      </w:r>
      <w:proofErr w:type="spellEnd"/>
      <w:r>
        <w:t xml:space="preserve"> w </w:t>
      </w:r>
      <w:proofErr w:type="spellStart"/>
      <w:r>
        <w:t>celach</w:t>
      </w:r>
      <w:proofErr w:type="spellEnd"/>
      <w:r>
        <w:t xml:space="preserve"> </w:t>
      </w:r>
      <w:proofErr w:type="spellStart"/>
      <w:r>
        <w:t>organizacyjnych</w:t>
      </w:r>
      <w:proofErr w:type="spellEnd"/>
      <w:r>
        <w:t xml:space="preserve"> </w:t>
      </w:r>
      <w:proofErr w:type="spellStart"/>
      <w:r>
        <w:t>związanych</w:t>
      </w:r>
      <w:proofErr w:type="spellEnd"/>
      <w:r>
        <w:t xml:space="preserve"> z </w:t>
      </w:r>
      <w:proofErr w:type="spellStart"/>
      <w:r>
        <w:t>realizacją</w:t>
      </w:r>
      <w:proofErr w:type="spellEnd"/>
      <w:r>
        <w:t> </w:t>
      </w:r>
      <w:proofErr w:type="spellStart"/>
      <w:r>
        <w:t>zajęć</w:t>
      </w:r>
      <w:proofErr w:type="spellEnd"/>
      <w:r>
        <w:t>, </w:t>
      </w:r>
      <w:proofErr w:type="spellStart"/>
      <w:r>
        <w:t>zgodnie</w:t>
      </w:r>
      <w:proofErr w:type="spellEnd"/>
      <w:r>
        <w:t> z </w:t>
      </w:r>
      <w:proofErr w:type="spellStart"/>
      <w:r>
        <w:t>obowiązującymi</w:t>
      </w:r>
      <w:proofErr w:type="spellEnd"/>
      <w:r>
        <w:t> </w:t>
      </w:r>
      <w:proofErr w:type="spellStart"/>
      <w:r>
        <w:t>przepisami</w:t>
      </w:r>
      <w:proofErr w:type="spellEnd"/>
      <w:r>
        <w:t> </w:t>
      </w:r>
      <w:proofErr w:type="spellStart"/>
      <w:r>
        <w:t>prawa</w:t>
      </w:r>
      <w:proofErr w:type="spellEnd"/>
      <w:r>
        <w:t>.</w:t>
      </w:r>
      <w:r w:rsidR="00EA2A0F">
        <w:br/>
      </w:r>
      <w:r>
        <w:t>6</w:t>
      </w:r>
      <w:r w:rsidR="00EA2A0F">
        <w:t>. Uczestnik zobowiązany jest do punktualnego i regularnego udziału w zajęciach.</w:t>
      </w:r>
      <w:r w:rsidR="00EA2A0F">
        <w:br/>
      </w:r>
      <w:r>
        <w:t>7</w:t>
      </w:r>
      <w:r w:rsidR="00EA2A0F">
        <w:t>. W przypadku nieobecności uczestnik powinien poinformować Organizatora.</w:t>
      </w:r>
    </w:p>
    <w:p w:rsidR="0006539F" w:rsidRDefault="00EA2A0F">
      <w:pPr>
        <w:pStyle w:val="Nagwek2"/>
      </w:pPr>
      <w:r>
        <w:lastRenderedPageBreak/>
        <w:t xml:space="preserve">§ 5 </w:t>
      </w:r>
      <w:proofErr w:type="spellStart"/>
      <w:r>
        <w:t>Organizacja</w:t>
      </w:r>
      <w:proofErr w:type="spellEnd"/>
      <w:r>
        <w:t xml:space="preserve"> </w:t>
      </w:r>
      <w:proofErr w:type="spellStart"/>
      <w:r>
        <w:t>zajęć</w:t>
      </w:r>
      <w:proofErr w:type="spellEnd"/>
    </w:p>
    <w:p w:rsidR="0006539F" w:rsidRDefault="00EA2A0F">
      <w:r>
        <w:t>1. Zajęcia odbywają się w każdy wtorek miesiąca w godzinach 16:00–18:00.</w:t>
      </w:r>
      <w:r>
        <w:br/>
        <w:t xml:space="preserve">2. </w:t>
      </w:r>
      <w:proofErr w:type="spellStart"/>
      <w:r>
        <w:t>Gminny</w:t>
      </w:r>
      <w:proofErr w:type="spellEnd"/>
      <w:r>
        <w:t xml:space="preserve"> </w:t>
      </w:r>
      <w:proofErr w:type="spellStart"/>
      <w:r>
        <w:t>Ośrodek</w:t>
      </w:r>
      <w:proofErr w:type="spellEnd"/>
      <w:r>
        <w:t xml:space="preserve"> </w:t>
      </w:r>
      <w:proofErr w:type="spellStart"/>
      <w:r>
        <w:t>Kultury</w:t>
      </w:r>
      <w:proofErr w:type="spellEnd"/>
      <w:r>
        <w:t xml:space="preserve"> </w:t>
      </w:r>
      <w:r w:rsidR="00E51297">
        <w:t xml:space="preserve">w Pawłosiowie </w:t>
      </w:r>
      <w:proofErr w:type="spellStart"/>
      <w:r>
        <w:t>zapewnia</w:t>
      </w:r>
      <w:proofErr w:type="spellEnd"/>
      <w:r>
        <w:t xml:space="preserve"> </w:t>
      </w:r>
      <w:proofErr w:type="spellStart"/>
      <w:r>
        <w:t>materiały</w:t>
      </w:r>
      <w:proofErr w:type="spellEnd"/>
      <w:r>
        <w:t xml:space="preserve"> i </w:t>
      </w:r>
      <w:proofErr w:type="spellStart"/>
      <w:r>
        <w:t>narzędzia</w:t>
      </w:r>
      <w:proofErr w:type="spellEnd"/>
      <w:r>
        <w:t xml:space="preserve"> plastyczne niezbędne do realizacji zajęć.</w:t>
      </w:r>
    </w:p>
    <w:p w:rsidR="0006539F" w:rsidRDefault="00EA2A0F">
      <w:pPr>
        <w:pStyle w:val="Nagwek2"/>
      </w:pPr>
      <w:r>
        <w:t>§ 6 Obowiązki uczestników</w:t>
      </w:r>
    </w:p>
    <w:p w:rsidR="0006539F" w:rsidRDefault="00EA2A0F" w:rsidP="00E51297">
      <w:pPr>
        <w:jc w:val="both"/>
      </w:pPr>
      <w:r>
        <w:t>1. Uczestnicy zobowiązani są do przestrzegania regulaminu, stosowania się do poleceń prowadzącego, dbania o porządek oraz powierzone materiały i wyposażenie.</w:t>
      </w:r>
      <w:r>
        <w:br/>
        <w:t>2. Zabrania się zachowań zagrażających bezpieczeństwu własnemu lub innych osób.</w:t>
      </w:r>
    </w:p>
    <w:p w:rsidR="0006539F" w:rsidRDefault="00EA2A0F">
      <w:pPr>
        <w:pStyle w:val="Nagwek2"/>
      </w:pPr>
      <w:r>
        <w:t>§ 7 Odpowiedzialność</w:t>
      </w:r>
    </w:p>
    <w:p w:rsidR="0006539F" w:rsidRDefault="00EA2A0F">
      <w:r>
        <w:t>1. Organizator nie ponosi odpowiedzialności za rzeczy osobiste uczestników pozostawione na terenie obiektu.</w:t>
      </w:r>
      <w:r>
        <w:br/>
        <w:t xml:space="preserve">2. </w:t>
      </w:r>
      <w:proofErr w:type="spellStart"/>
      <w:r>
        <w:t>Uczestnicy</w:t>
      </w:r>
      <w:proofErr w:type="spellEnd"/>
      <w:r>
        <w:t xml:space="preserve"> </w:t>
      </w:r>
      <w:proofErr w:type="spellStart"/>
      <w:r>
        <w:t>ponoszą</w:t>
      </w:r>
      <w:proofErr w:type="spellEnd"/>
      <w:r>
        <w:t xml:space="preserve"> </w:t>
      </w:r>
      <w:proofErr w:type="spellStart"/>
      <w:r>
        <w:t>odpowiedzialność</w:t>
      </w:r>
      <w:proofErr w:type="spellEnd"/>
      <w:r>
        <w:t xml:space="preserve"> </w:t>
      </w:r>
      <w:proofErr w:type="spellStart"/>
      <w:r>
        <w:t>materialną</w:t>
      </w:r>
      <w:proofErr w:type="spellEnd"/>
      <w:r>
        <w:t xml:space="preserve"> </w:t>
      </w:r>
      <w:proofErr w:type="spellStart"/>
      <w:r>
        <w:t>za</w:t>
      </w:r>
      <w:proofErr w:type="spellEnd"/>
      <w:r>
        <w:t xml:space="preserve"> </w:t>
      </w:r>
      <w:proofErr w:type="spellStart"/>
      <w:r>
        <w:t>szkody</w:t>
      </w:r>
      <w:proofErr w:type="spellEnd"/>
      <w:r>
        <w:t xml:space="preserve"> </w:t>
      </w:r>
      <w:proofErr w:type="spellStart"/>
      <w:r>
        <w:t>powstałe</w:t>
      </w:r>
      <w:proofErr w:type="spellEnd"/>
      <w:r>
        <w:t xml:space="preserve"> z </w:t>
      </w:r>
      <w:proofErr w:type="spellStart"/>
      <w:r>
        <w:t>ich</w:t>
      </w:r>
      <w:proofErr w:type="spellEnd"/>
      <w:r>
        <w:t xml:space="preserve"> winy.</w:t>
      </w:r>
    </w:p>
    <w:p w:rsidR="0006539F" w:rsidRDefault="00EA2A0F">
      <w:pPr>
        <w:pStyle w:val="Nagwek2"/>
      </w:pPr>
      <w:r>
        <w:t>§ 8 Postanowienia końcowe</w:t>
      </w:r>
    </w:p>
    <w:p w:rsidR="0006539F" w:rsidRDefault="00EA2A0F">
      <w:r>
        <w:t>1. Organizator zastrzega sobie prawo do wprowadzania zmian w regulaminie.</w:t>
      </w:r>
      <w:r>
        <w:br/>
        <w:t>2. Uczestnictwo w zajęciach jest równoznaczne z akceptacją niniejszego regulaminu.</w:t>
      </w:r>
      <w:r>
        <w:br/>
        <w:t xml:space="preserve">3. </w:t>
      </w:r>
      <w:proofErr w:type="spellStart"/>
      <w:r>
        <w:t>Regulamin</w:t>
      </w:r>
      <w:proofErr w:type="spellEnd"/>
      <w:r>
        <w:t xml:space="preserve"> </w:t>
      </w:r>
      <w:proofErr w:type="spellStart"/>
      <w:r>
        <w:t>wchodzi</w:t>
      </w:r>
      <w:proofErr w:type="spellEnd"/>
      <w:r>
        <w:t xml:space="preserve"> w </w:t>
      </w:r>
      <w:proofErr w:type="spellStart"/>
      <w:r>
        <w:t>życie</w:t>
      </w:r>
      <w:proofErr w:type="spellEnd"/>
      <w:r>
        <w:t xml:space="preserve"> z </w:t>
      </w:r>
      <w:proofErr w:type="spellStart"/>
      <w:r>
        <w:t>dniem</w:t>
      </w:r>
      <w:proofErr w:type="spellEnd"/>
      <w:r>
        <w:t xml:space="preserve"> </w:t>
      </w:r>
      <w:proofErr w:type="spellStart"/>
      <w:r>
        <w:t>ogłoszenia</w:t>
      </w:r>
      <w:proofErr w:type="spellEnd"/>
      <w:r>
        <w:t>.</w:t>
      </w:r>
    </w:p>
    <w:p w:rsidR="00E51297" w:rsidRDefault="00E51297">
      <w:r>
        <w:t xml:space="preserve">  </w:t>
      </w:r>
    </w:p>
    <w:p w:rsidR="00E51297" w:rsidRDefault="00E51297">
      <w:r>
        <w:t xml:space="preserve">                                                                                                                                       </w:t>
      </w:r>
      <w:proofErr w:type="spellStart"/>
      <w:r>
        <w:t>Organizatorzy</w:t>
      </w:r>
      <w:proofErr w:type="spellEnd"/>
    </w:p>
    <w:sectPr w:rsidR="00E51297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anumerowana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anumerowana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apunktowana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apunktowana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anumerowan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apunktowan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47730"/>
    <w:rsid w:val="00034616"/>
    <w:rsid w:val="0006063C"/>
    <w:rsid w:val="0006539F"/>
    <w:rsid w:val="0015074B"/>
    <w:rsid w:val="0029639D"/>
    <w:rsid w:val="00326F90"/>
    <w:rsid w:val="003777FE"/>
    <w:rsid w:val="00421168"/>
    <w:rsid w:val="008646FB"/>
    <w:rsid w:val="00AA1D8D"/>
    <w:rsid w:val="00B47730"/>
    <w:rsid w:val="00CB0664"/>
    <w:rsid w:val="00E51297"/>
    <w:rsid w:val="00EA2A0F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300"/>
  <w15:docId w15:val="{44A44835-E531-4B6C-8441-1BA550C606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FC693F"/>
  </w:style>
  <w:style w:type="paragraph" w:styleId="Nagwek1">
    <w:name w:val="heading 1"/>
    <w:basedOn w:val="Normalny"/>
    <w:next w:val="Normalny"/>
    <w:link w:val="Nagwek1Znak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618BF"/>
  </w:style>
  <w:style w:type="paragraph" w:styleId="Stopka">
    <w:name w:val="footer"/>
    <w:basedOn w:val="Normalny"/>
    <w:link w:val="StopkaZnak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618BF"/>
  </w:style>
  <w:style w:type="paragraph" w:styleId="Bezodstpw">
    <w:name w:val="No Spacing"/>
    <w:uiPriority w:val="1"/>
    <w:qFormat/>
    <w:rsid w:val="00FC693F"/>
    <w:pPr>
      <w:spacing w:after="0" w:line="240" w:lineRule="auto"/>
    </w:pPr>
  </w:style>
  <w:style w:type="character" w:customStyle="1" w:styleId="Nagwek1Znak">
    <w:name w:val="Nagłówek 1 Znak"/>
    <w:basedOn w:val="Domylnaczcionkaakapitu"/>
    <w:link w:val="Nagwek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Nagwek2Znak">
    <w:name w:val="Nagłówek 2 Znak"/>
    <w:basedOn w:val="Domylnaczcionkaakapitu"/>
    <w:link w:val="Nagwek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Nagwek3Znak">
    <w:name w:val="Nagłówek 3 Znak"/>
    <w:basedOn w:val="Domylnaczcionkaakapitu"/>
    <w:link w:val="Nagwek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ytu">
    <w:name w:val="Title"/>
    <w:basedOn w:val="Normalny"/>
    <w:next w:val="Normalny"/>
    <w:link w:val="TytuZnak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ytuZnak">
    <w:name w:val="Tytuł Znak"/>
    <w:basedOn w:val="Domylnaczcionkaakapitu"/>
    <w:link w:val="Tytu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PodtytuZnak">
    <w:name w:val="Podtytuł Znak"/>
    <w:basedOn w:val="Domylnaczcionkaakapitu"/>
    <w:link w:val="Podtytu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Akapitzlist">
    <w:name w:val="List Paragraph"/>
    <w:basedOn w:val="Normalny"/>
    <w:uiPriority w:val="34"/>
    <w:qFormat/>
    <w:rsid w:val="00FC693F"/>
    <w:pPr>
      <w:ind w:left="720"/>
      <w:contextualSpacing/>
    </w:pPr>
  </w:style>
  <w:style w:type="paragraph" w:styleId="Tekstpodstawowy">
    <w:name w:val="Body Text"/>
    <w:basedOn w:val="Normalny"/>
    <w:link w:val="TekstpodstawowyZnak"/>
    <w:uiPriority w:val="99"/>
    <w:unhideWhenUsed/>
    <w:rsid w:val="00AA1D8D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AA1D8D"/>
  </w:style>
  <w:style w:type="paragraph" w:styleId="Tekstpodstawowy2">
    <w:name w:val="Body Text 2"/>
    <w:basedOn w:val="Normalny"/>
    <w:link w:val="Tekstpodstawowy2Znak"/>
    <w:uiPriority w:val="99"/>
    <w:unhideWhenUsed/>
    <w:rsid w:val="00AA1D8D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AA1D8D"/>
  </w:style>
  <w:style w:type="paragraph" w:styleId="Tekstpodstawowy3">
    <w:name w:val="Body Text 3"/>
    <w:basedOn w:val="Normalny"/>
    <w:link w:val="Tekstpodstawowy3Znak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rsid w:val="00AA1D8D"/>
    <w:rPr>
      <w:sz w:val="16"/>
      <w:szCs w:val="16"/>
    </w:rPr>
  </w:style>
  <w:style w:type="paragraph" w:styleId="Lista">
    <w:name w:val="List"/>
    <w:basedOn w:val="Normalny"/>
    <w:uiPriority w:val="99"/>
    <w:unhideWhenUsed/>
    <w:rsid w:val="00AA1D8D"/>
    <w:pPr>
      <w:ind w:left="360" w:hanging="360"/>
      <w:contextualSpacing/>
    </w:pPr>
  </w:style>
  <w:style w:type="paragraph" w:styleId="Lista2">
    <w:name w:val="List 2"/>
    <w:basedOn w:val="Normalny"/>
    <w:uiPriority w:val="99"/>
    <w:unhideWhenUsed/>
    <w:rsid w:val="00326F90"/>
    <w:pPr>
      <w:ind w:left="720" w:hanging="360"/>
      <w:contextualSpacing/>
    </w:pPr>
  </w:style>
  <w:style w:type="paragraph" w:styleId="Lista3">
    <w:name w:val="List 3"/>
    <w:basedOn w:val="Normalny"/>
    <w:uiPriority w:val="99"/>
    <w:unhideWhenUsed/>
    <w:rsid w:val="00326F90"/>
    <w:pPr>
      <w:ind w:left="1080" w:hanging="360"/>
      <w:contextualSpacing/>
    </w:pPr>
  </w:style>
  <w:style w:type="paragraph" w:styleId="Listapunktowana">
    <w:name w:val="List Bullet"/>
    <w:basedOn w:val="Normalny"/>
    <w:uiPriority w:val="99"/>
    <w:unhideWhenUsed/>
    <w:rsid w:val="00326F90"/>
    <w:pPr>
      <w:numPr>
        <w:numId w:val="1"/>
      </w:numPr>
      <w:contextualSpacing/>
    </w:pPr>
  </w:style>
  <w:style w:type="paragraph" w:styleId="Listapunktowana2">
    <w:name w:val="List Bullet 2"/>
    <w:basedOn w:val="Normalny"/>
    <w:uiPriority w:val="99"/>
    <w:unhideWhenUsed/>
    <w:rsid w:val="00326F90"/>
    <w:pPr>
      <w:numPr>
        <w:numId w:val="2"/>
      </w:numPr>
      <w:contextualSpacing/>
    </w:pPr>
  </w:style>
  <w:style w:type="paragraph" w:styleId="Listapunktowana3">
    <w:name w:val="List Bullet 3"/>
    <w:basedOn w:val="Normalny"/>
    <w:uiPriority w:val="99"/>
    <w:unhideWhenUsed/>
    <w:rsid w:val="00326F90"/>
    <w:pPr>
      <w:numPr>
        <w:numId w:val="3"/>
      </w:numPr>
      <w:contextualSpacing/>
    </w:pPr>
  </w:style>
  <w:style w:type="paragraph" w:styleId="Listanumerowana">
    <w:name w:val="List Number"/>
    <w:basedOn w:val="Normalny"/>
    <w:uiPriority w:val="99"/>
    <w:unhideWhenUsed/>
    <w:rsid w:val="00326F90"/>
    <w:pPr>
      <w:numPr>
        <w:numId w:val="5"/>
      </w:numPr>
      <w:contextualSpacing/>
    </w:pPr>
  </w:style>
  <w:style w:type="paragraph" w:styleId="Listanumerowana2">
    <w:name w:val="List Number 2"/>
    <w:basedOn w:val="Normalny"/>
    <w:uiPriority w:val="99"/>
    <w:unhideWhenUsed/>
    <w:rsid w:val="0029639D"/>
    <w:pPr>
      <w:numPr>
        <w:numId w:val="6"/>
      </w:numPr>
      <w:contextualSpacing/>
    </w:pPr>
  </w:style>
  <w:style w:type="paragraph" w:styleId="Listanumerowana3">
    <w:name w:val="List Number 3"/>
    <w:basedOn w:val="Normalny"/>
    <w:uiPriority w:val="99"/>
    <w:unhideWhenUsed/>
    <w:rsid w:val="0029639D"/>
    <w:pPr>
      <w:numPr>
        <w:numId w:val="7"/>
      </w:numPr>
      <w:contextualSpacing/>
    </w:pPr>
  </w:style>
  <w:style w:type="paragraph" w:styleId="Lista-kontynuacja">
    <w:name w:val="List Continue"/>
    <w:basedOn w:val="Normalny"/>
    <w:uiPriority w:val="99"/>
    <w:unhideWhenUsed/>
    <w:rsid w:val="0029639D"/>
    <w:pPr>
      <w:spacing w:after="120"/>
      <w:ind w:left="360"/>
      <w:contextualSpacing/>
    </w:pPr>
  </w:style>
  <w:style w:type="paragraph" w:styleId="Lista-kontynuacja2">
    <w:name w:val="List Continue 2"/>
    <w:basedOn w:val="Normalny"/>
    <w:uiPriority w:val="99"/>
    <w:unhideWhenUsed/>
    <w:rsid w:val="0029639D"/>
    <w:pPr>
      <w:spacing w:after="120"/>
      <w:ind w:left="720"/>
      <w:contextualSpacing/>
    </w:pPr>
  </w:style>
  <w:style w:type="paragraph" w:styleId="Lista-kontynuacja3">
    <w:name w:val="List Continue 3"/>
    <w:basedOn w:val="Normalny"/>
    <w:uiPriority w:val="99"/>
    <w:unhideWhenUsed/>
    <w:rsid w:val="0029639D"/>
    <w:pPr>
      <w:spacing w:after="120"/>
      <w:ind w:left="1080"/>
      <w:contextualSpacing/>
    </w:pPr>
  </w:style>
  <w:style w:type="paragraph" w:styleId="Tekstmakra">
    <w:name w:val="macro"/>
    <w:link w:val="TekstmakraZnak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TekstmakraZnak">
    <w:name w:val="Tekst makra Znak"/>
    <w:basedOn w:val="Domylnaczcionkaakapitu"/>
    <w:link w:val="Tekstmakra"/>
    <w:uiPriority w:val="99"/>
    <w:rsid w:val="0029639D"/>
    <w:rPr>
      <w:rFonts w:ascii="Courier" w:hAnsi="Courier"/>
      <w:sz w:val="20"/>
      <w:szCs w:val="20"/>
    </w:rPr>
  </w:style>
  <w:style w:type="paragraph" w:styleId="Cytat">
    <w:name w:val="Quote"/>
    <w:basedOn w:val="Normalny"/>
    <w:next w:val="Normalny"/>
    <w:link w:val="CytatZnak"/>
    <w:uiPriority w:val="29"/>
    <w:qFormat/>
    <w:rsid w:val="00FC693F"/>
    <w:rPr>
      <w:i/>
      <w:iCs/>
      <w:color w:val="000000" w:themeColor="text1"/>
    </w:rPr>
  </w:style>
  <w:style w:type="character" w:customStyle="1" w:styleId="CytatZnak">
    <w:name w:val="Cytat Znak"/>
    <w:basedOn w:val="Domylnaczcionkaakapitu"/>
    <w:link w:val="Cytat"/>
    <w:uiPriority w:val="29"/>
    <w:rsid w:val="00FC693F"/>
    <w:rPr>
      <w:i/>
      <w:iCs/>
      <w:color w:val="000000" w:themeColor="text1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Legenda">
    <w:name w:val="caption"/>
    <w:basedOn w:val="Normalny"/>
    <w:next w:val="Normalny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Pogrubienie">
    <w:name w:val="Strong"/>
    <w:basedOn w:val="Domylnaczcionkaakapitu"/>
    <w:uiPriority w:val="22"/>
    <w:qFormat/>
    <w:rsid w:val="00FC693F"/>
    <w:rPr>
      <w:b/>
      <w:bCs/>
    </w:rPr>
  </w:style>
  <w:style w:type="character" w:styleId="Uwydatnienie">
    <w:name w:val="Emphasis"/>
    <w:basedOn w:val="Domylnaczcionkaakapitu"/>
    <w:uiPriority w:val="20"/>
    <w:qFormat/>
    <w:rsid w:val="00FC693F"/>
    <w:rPr>
      <w:i/>
      <w:iCs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FC693F"/>
    <w:rPr>
      <w:b/>
      <w:bCs/>
      <w:i/>
      <w:iCs/>
      <w:color w:val="4F81BD" w:themeColor="accent1"/>
    </w:rPr>
  </w:style>
  <w:style w:type="character" w:styleId="Wyrnieniedelikatne">
    <w:name w:val="Subtle Emphasis"/>
    <w:basedOn w:val="Domylnaczcionkaakapitu"/>
    <w:uiPriority w:val="19"/>
    <w:qFormat/>
    <w:rsid w:val="00FC693F"/>
    <w:rPr>
      <w:i/>
      <w:iCs/>
      <w:color w:val="808080" w:themeColor="text1" w:themeTint="7F"/>
    </w:rPr>
  </w:style>
  <w:style w:type="character" w:styleId="Wyrnienieintensywne">
    <w:name w:val="Intense Emphasis"/>
    <w:basedOn w:val="Domylnaczcionkaakapitu"/>
    <w:uiPriority w:val="21"/>
    <w:qFormat/>
    <w:rsid w:val="00FC693F"/>
    <w:rPr>
      <w:b/>
      <w:bCs/>
      <w:i/>
      <w:iCs/>
      <w:color w:val="4F81BD" w:themeColor="accent1"/>
    </w:rPr>
  </w:style>
  <w:style w:type="character" w:styleId="Odwoaniedelikatne">
    <w:name w:val="Subtle Reference"/>
    <w:basedOn w:val="Domylnaczcionkaakapitu"/>
    <w:uiPriority w:val="31"/>
    <w:qFormat/>
    <w:rsid w:val="00FC693F"/>
    <w:rPr>
      <w:smallCaps/>
      <w:color w:val="C0504D" w:themeColor="accent2"/>
      <w:u w:val="single"/>
    </w:rPr>
  </w:style>
  <w:style w:type="character" w:styleId="Odwoanieintensywne">
    <w:name w:val="Intense Reference"/>
    <w:basedOn w:val="Domylnaczcionkaakapitu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Tytuksiki">
    <w:name w:val="Book Title"/>
    <w:basedOn w:val="Domylnaczcionkaakapitu"/>
    <w:uiPriority w:val="33"/>
    <w:qFormat/>
    <w:rsid w:val="00FC693F"/>
    <w:rPr>
      <w:b/>
      <w:bCs/>
      <w:smallCaps/>
      <w:spacing w:val="5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FC693F"/>
    <w:pPr>
      <w:outlineLvl w:val="9"/>
    </w:pPr>
  </w:style>
  <w:style w:type="table" w:styleId="Tabela-Siatka">
    <w:name w:val="Table Grid"/>
    <w:basedOn w:val="Standardowy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Jasnecieniowanie">
    <w:name w:val="Light Shading"/>
    <w:basedOn w:val="Standardowy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Jasnecieniowanieakcent1">
    <w:name w:val="Light Shading Accent 1"/>
    <w:basedOn w:val="Standardowy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Jasnecieniowanieakcent2">
    <w:name w:val="Light Shading Accent 2"/>
    <w:basedOn w:val="Standardowy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Jasnecieniowanieakcent3">
    <w:name w:val="Light Shading Accent 3"/>
    <w:basedOn w:val="Standardowy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Jasnecieniowanieakcent4">
    <w:name w:val="Light Shading Accent 4"/>
    <w:basedOn w:val="Standardowy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Jasnecieniowanieakcent5">
    <w:name w:val="Light Shading Accent 5"/>
    <w:basedOn w:val="Standardowy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Jasnecieniowanieakcent6">
    <w:name w:val="Light Shading Accent 6"/>
    <w:basedOn w:val="Standardowy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Jasnalista">
    <w:name w:val="Light List"/>
    <w:basedOn w:val="Standardowy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Jasnalistaakcent1">
    <w:name w:val="Light List Accent 1"/>
    <w:basedOn w:val="Standardowy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Jasnalistaakcent2">
    <w:name w:val="Light List Accent 2"/>
    <w:basedOn w:val="Standardowy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Jasnalistaakcent3">
    <w:name w:val="Light List Accent 3"/>
    <w:basedOn w:val="Standardowy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Jasnalistaakcent4">
    <w:name w:val="Light List Accent 4"/>
    <w:basedOn w:val="Standardowy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Jasnalistaakcent5">
    <w:name w:val="Light List Accent 5"/>
    <w:basedOn w:val="Standardowy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Jasnalistaakcent6">
    <w:name w:val="Light List Accent 6"/>
    <w:basedOn w:val="Standardowy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Jasnasiatka">
    <w:name w:val="Light Grid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Jasnasiatkaakcent1">
    <w:name w:val="Light Grid Accent 1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Jasnasiatkaakcent2">
    <w:name w:val="Light Grid Accent 2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Jasnasiatkaakcent3">
    <w:name w:val="Light Grid Accent 3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Jasnasiatkaakcent4">
    <w:name w:val="Light Grid Accent 4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Jasnasiatkaakcent5">
    <w:name w:val="Light Grid Accent 5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Jasnasiatkaakcent6">
    <w:name w:val="Light Grid Accent 6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redniecieniowanie1">
    <w:name w:val="Medium Shading 1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1">
    <w:name w:val="Medium Shading 1 Accent 1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2">
    <w:name w:val="Medium Shading 1 Accent 2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3">
    <w:name w:val="Medium Shading 1 Accent 3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4">
    <w:name w:val="Medium Shading 1 Accent 4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5">
    <w:name w:val="Medium Shading 1 Accent 5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6">
    <w:name w:val="Medium Shading 1 Accent 6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2">
    <w:name w:val="Medium Shading 2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1">
    <w:name w:val="Medium Shading 2 Accent 1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2">
    <w:name w:val="Medium Shading 2 Accent 2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3">
    <w:name w:val="Medium Shading 2 Accent 3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4">
    <w:name w:val="Medium Shading 2 Accent 4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5">
    <w:name w:val="Medium Shading 2 Accent 5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6">
    <w:name w:val="Medium Shading 2 Accent 6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alista1">
    <w:name w:val="Medium List 1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rednialista1akcent1">
    <w:name w:val="Medium List 1 Accent 1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rednialista1akcent2">
    <w:name w:val="Medium List 1 Accent 2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rednialista1akcent3">
    <w:name w:val="Medium List 1 Accent 3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rednialista1akcent4">
    <w:name w:val="Medium List 1 Accent 4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rednialista1akcent5">
    <w:name w:val="Medium List 1 Accent 5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rednialista1akcent6">
    <w:name w:val="Medium List 1 Accent 6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rednialista2">
    <w:name w:val="Medium List 2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1">
    <w:name w:val="Medium List 2 Accent 1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2">
    <w:name w:val="Medium List 2 Accent 2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3">
    <w:name w:val="Medium List 2 Accent 3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4">
    <w:name w:val="Medium List 2 Accent 4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5">
    <w:name w:val="Medium List 2 Accent 5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6">
    <w:name w:val="Medium List 2 Accent 6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siatka1">
    <w:name w:val="Medium Grid 1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redniasiatka1akcent1">
    <w:name w:val="Medium Grid 1 Accent 1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redniasiatka1akcent2">
    <w:name w:val="Medium Grid 1 Accent 2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redniasiatka1akcent3">
    <w:name w:val="Medium Grid 1 Accent 3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redniasiatka1akcent4">
    <w:name w:val="Medium Grid 1 Accent 4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redniasiatka1akcent5">
    <w:name w:val="Medium Grid 1 Accent 5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redniasiatka1akcent6">
    <w:name w:val="Medium Grid 1 Accent 6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redniasiatka2">
    <w:name w:val="Medium Grid 2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1">
    <w:name w:val="Medium Grid 2 Accent 1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2">
    <w:name w:val="Medium Grid 2 Accent 2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3">
    <w:name w:val="Medium Grid 2 Accent 3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4">
    <w:name w:val="Medium Grid 2 Accent 4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5">
    <w:name w:val="Medium Grid 2 Accent 5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6">
    <w:name w:val="Medium Grid 2 Accent 6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3">
    <w:name w:val="Medium Grid 3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redniasiatka3akcent1">
    <w:name w:val="Medium Grid 3 Accent 1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redniasiatka3akcent2">
    <w:name w:val="Medium Grid 3 Accent 2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redniasiatka3akcent3">
    <w:name w:val="Medium Grid 3 Accent 3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redniasiatka3akcent4">
    <w:name w:val="Medium Grid 3 Accent 4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redniasiatka3akcent5">
    <w:name w:val="Medium Grid 3 Accent 5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redniasiatka3akcent6">
    <w:name w:val="Medium Grid 3 Accent 6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Ciemnalista">
    <w:name w:val="Dark List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Ciemnalista2akcent1">
    <w:name w:val="Dark List Accent 1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Ciemnalistaakcent2">
    <w:name w:val="Dark List Accent 2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Ciemnalistaakcent3">
    <w:name w:val="Dark List Accent 3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Ciemnalistaakcent4">
    <w:name w:val="Dark List Accent 4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Ciemnalistaakcent5">
    <w:name w:val="Dark List Accent 5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Ciemnalistaakcent6">
    <w:name w:val="Dark List Accent 6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Kolorowecieniowanie">
    <w:name w:val="Colorful Shading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1">
    <w:name w:val="Colorful Shading Accent 1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2">
    <w:name w:val="Colorful Shading Accent 2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3">
    <w:name w:val="Colorful Shading Accent 3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Kolorowecieniowanieakcent4">
    <w:name w:val="Colorful Shading Accent 4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5">
    <w:name w:val="Colorful Shading Accent 5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6">
    <w:name w:val="Colorful Shading Accent 6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alista">
    <w:name w:val="Colorful List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Kolorowalistaakcent1">
    <w:name w:val="Colorful List Accent 1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Kolorowalistaakcent2">
    <w:name w:val="Colorful List Accent 2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Kolorowalistaakcent3">
    <w:name w:val="Colorful List Accent 3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Kolorowalistaakcent4">
    <w:name w:val="Colorful List Accent 4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Kolorowalistaakcent5">
    <w:name w:val="Colorful List Accent 5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Kolorowalistaakcent6">
    <w:name w:val="Colorful List Accent 6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Kolorowasiatka">
    <w:name w:val="Colorful Grid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Kolorowasiatkaakcent1">
    <w:name w:val="Colorful Grid Accent 1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Kolorowasiatkaakcent2">
    <w:name w:val="Colorful Grid Accent 2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Kolorowasiatkaakcent3">
    <w:name w:val="Colorful Grid Accent 3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Kolorowasiatkaakcent4">
    <w:name w:val="Colorful Grid Accent 4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Kolorowasiatkaakcent5">
    <w:name w:val="Colorful Grid Accent 5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Kolorowasiatkaakcent6">
    <w:name w:val="Colorful Grid Accent 6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C270C0F2-D5E6-487F-A3C1-7A2D8A0304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395</Words>
  <Characters>2375</Characters>
  <Application>Microsoft Office Word</Application>
  <DocSecurity>0</DocSecurity>
  <Lines>19</Lines>
  <Paragraphs>5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Manager/>
  <Company/>
  <LinksUpToDate>false</LinksUpToDate>
  <CharactersWithSpaces>2765</CharactersWithSpaces>
  <SharedDoc>false</SharedDoc>
  <HyperlinkBase/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GOK</cp:lastModifiedBy>
  <cp:revision>6</cp:revision>
  <dcterms:created xsi:type="dcterms:W3CDTF">2026-02-04T10:31:00Z</dcterms:created>
  <dcterms:modified xsi:type="dcterms:W3CDTF">2026-02-06T11:26:00Z</dcterms:modified>
  <cp:category/>
</cp:coreProperties>
</file>